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חוזרים לשליטה במצב מלחיץ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דיבור עצמי מרגיע ונשימה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ואיך לפנות למבוגר שיכול לעזור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מרפים כתפיים ידיים ולסת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 פנימה 4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שאומרים לעצמנו כדי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בוחרים צעד בטוח ופועלים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מחנך יועצת או 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עצור עוצרים רגע ולא ממהרים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4 פנימה 4 החוצה מרגיעה את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משפט מרגיע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מומלץ לפנות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קדימה הוא השלב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(דיבור עצמי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מרפים שרירים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4 פנימה 4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משפט מרגיע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 צעד בטוח ופועלים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מצב מלחיץ ומסביר שימוש בלפחות שני שלבים מהשיטה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קצר שמביע יכולת התמודדות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ע-עצור ש-שרירים נ-נשימה ד-דיבור עצמי מרגיע ק-קדימה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שניות פנימה ו-4 שניות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מחנך מחנכת יועצת או מבוגר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הנשימה יחד עם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אם נוח להם במהלך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דמויות מבוגרות שאפשר לפנות אליהן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חוזרים לשליטה במצב מלחיץ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כשמשהו מבהיל אותנו הגוף נדרך והמחשבות רצות. השיטה עש״ן ד״ק עוזרת לעצור רגע ולבחור צעד בטוח.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האות ע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של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מרפים כתפיים ידיים ולסת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נושמים בתרגול הנשימה?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פנימה 4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דרך הפה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דיבור עצמי מרגיע?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שאומרים לעצמנו כדי להירגע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בשלב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צעד בטוח ופועלים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נעצרים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אפשר לפנות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מחנך יועצת או 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עוזר לחזור לשליטה במצב מלחיץ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עצור צריך להגיב מיד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איטית עוזרת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אני יכול להתמודד עם זה הוא דוגמה לדיבור עצמי 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צריך להישאר לבד ולא לספר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הוא השלב הראשון בעש״ן ד״ק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ש בעש״ן ד״ק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הנשימה נושמים __________ פנימה ו-4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__________ עוצרים רגע ולא ממהרים להגיב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צעד אחד בכל __________ הוא משפט מרגיע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בוחרים את הצעד ה__________ הבא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עצמי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שרירים בגוף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4 פנימה 4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צעד בטוח ופועלים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במקום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משפט מרגיע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הייתם יכולים להשתמש בעש״ן ד״ק ואיך זה היה עוזר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מרגיע משלכם שתוכלו להשתמש בו במצב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חמשת האותיות של עש״ן ד״ק ומה כל אחת מסמלת?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נושמים בנשימת קופסה?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להתמודד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חוזרים לשליטה במצב מלחיץ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