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חוזרים לשליטה במצב מלחיץ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חמשת הצעדים של עש״ן ד״ק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דיבור עצמי מרגיע ונשימה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ואיך לפנות למבוגר שיכול לעזור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מרפים כתפיים ידיים ולסת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משפט שאומרים לעצמנו כדי להירגע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מטרת השיטה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עצור עוצרים רגע ולא ממהרים להגיב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נשימה 4 פנימה 4 החוצה מרגיעה את הגוף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שרירים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עצור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(שרירים)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(דיבור עצמי מרגיע)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 רגע במקום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מרפים שרירים בגוף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נושמים לאט 4 פנימה 4 החוצה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אומרים משפט מרגיע לעצמנו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מתאר מצב מלחיץ ומסביר שימוש בלפחות שני שלבים מהשיטה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ע-עצור ש-שרירים נ-נשימה ד-דיבור עצמי מרגיע ק-קדימה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שניות פנימה ו-4 שניות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מחנך מחנכת יועצת או מבוגר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את הנשימה יחד עם הכיתה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רק אם נוח להם במהלך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בדיון קצר על דמויות מבוגרות שאפשר לפנות אליהן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עש״ן ד״ק – חוזרים לשליטה במצב מלחיץ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כשמשהו מבהיל אותנו הגוף נדרך והמחשבות רצות. השיטה עש״ן ד״ק עוזרת לעצור רגע ולבחור צעד בטוח.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4  ·  שרירים  ·  עצור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המשמעות של האות ע בעש״ן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בשלב של שרירים?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רצים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מרפים כתפיים ידיים ולסת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קופצים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דיבור עצמי מרגיע?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לדבר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משפט שאומרים לעצמנו כדי להירגע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לשיר 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עש״ן ד״ק עוזר לחזור לשליטה במצב מלחיץ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עצור צריך להגיב מיד בלי לחשוב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נשימה איטית עוזרת להירגע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האות ש בעש״ן ד״ק מסמלת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הנשימה נושמים __________ פנימה ו-4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בשלב __________ עוצרים רגע ולא ממהרים להגיב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דיבור עצמי מרגיע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שרירים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 משפט מרגיע לעצמנו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נושמים לאט 4 פנימה 4 החוצה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מרפים שרירים בגוף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עוצרים רגע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מצב שבו הייתם יכולים להשתמש בעש״ן ד״ק ואיך זה היה עוזר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חמשת האותיות של עש״ן ד״ק ומה כל אחת מסמלת?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איך נושמים בנשימת קופסה?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עש״ן ד״ק – חוזרים לשליטה במצב מלחיץ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